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משקפיים של עין טובה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המושג עין טובה ואת הקשר שלו ללימוד לכף זכות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פרשנות של מצבים עמומים בשתי דרכים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מחמאה מדויקת ואמיתית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בחירה לחפש קודם את הטוב ולדון לכף זכות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תמר לא הגיעה ליום ההולדת בשעה שנקבעה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אחיה נפל מהאופניים והיו במיון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לדון כל אדם לכף זכות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אהבתי איך הסברת את התרגיל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עין טובה לא אומרת לוותר על גבולות כשמשהו באמת פוגע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מחקה את ההודעה העוקצנית וכתבה הודעה דואגת ונעימה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המשפט שמוצג כדי לבדוק פירושים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כמה פירושים אפשריים, והבחירה היא שלנו איזה לקחת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כל תלמיד מקבל שם של חבר/ה וכותב עליו דבר טוב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אופניים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אמיתית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(לחפש קודם את הטוב)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(לחשוב קודם על חשד או רעה)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(לחשוב שיש סיבה טובה למעשה)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(לומר שמשהו באמת פגע בנו)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(תיאור אמיתי וספציפי של דבר טוב)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נוגה מכינה עוגיות ומזמינה שמונה חברות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תמר לא מגיעה בשעה שנקבעה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נוגה רואה שתמר הייתה מחוברת ומתחילה לחשוד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נוגה כותבת ומוחקת הודעה עוקצנית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נוגה שולחת הודעה דואגת ולא כועסת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תמר מסבירה שהייתה במיון עם אחיה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יכתוב שני פירושים שונים למצב אחד - אחד חשדני ואחד מזכה, ויבין שהבחירה בפירוש היא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מחמאה ספציפית ואמיתית, לא כללית, המתארת מעשה או תכונה מדויקת שנצפתה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התלמיד יבין שעין טובה לא מבטלת את הצורך לשמור על גבולות כשמשהו באמת פוגע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בחירה לחפש קודם את הטוב ולדון לכף זכות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עם שני פירושים - אחד חשדני ואחד מזכה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שעין טובה לא מבטלת זכות לומר שמשהו פגע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עם המשפט 'אוקיי' מהדף כדי להמחיש כמה פירושים אפשריים יש למשפט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את הסעיף על גבולות - עין טובה אינה ויתור מוחלט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בתרגיל המחמאות כדאי לתת זמן אמיתי לחשיבה כדי שהמחמאה תהיה מדויקת ולא כללית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משקפיים של עין טובה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עין טובה זה לחשוב דברים טובים על אנשים, גם כשלא בטוחים מה קרה. נתרגל את זה בדף הזה.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עין טובה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לחפש קודם את הטוב באנשים ובדברים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עין צרה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קודם רעה או חשד על 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לדון לכף זכות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שלאדם יש סיבה טובה למה שעשה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מחמאה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טוב ואמיתי שאומרים למישהו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פירוש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ההסבר שאנחנו נותנים למה שקרה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גבולות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לדעת לומר שמשהו פגע בנו, גם עם עין טובה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עין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התעלמות מוחלטת מקשיים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בחירה לחפש קודם את הטוב ולדון לכף זכות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הסכמה עם כל מה שאומרים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לשתוק כשמשהו פוגע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קרה בהתחלה?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נוגה שכחה להזמין את תמר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תמר לא הגיעה ליום ההולדת בשעה שנקבעה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נוגה לא רצתה לחגוג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החברות לא הגיעו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תמר לא הגיעה באמת?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פשוט שכחה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מצאה דבר מעניין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אחיה נפל מהאופניים והיו במיון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כעסה על נוגה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כתוב במשנה?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לדון כל אדם לכף חובה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לדון כל אדם לכף זכות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להתעלם מכולם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לדבר עם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מחמאה היא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את/ה מגניב/ה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אהבתי איך הסברת את התרגיל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סתם, את/ה בסדר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אכפת לי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עין טובה אומרת שצריך תמיד לוותר ולא לומר שמשהו פגע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שלחה בסוף הודעה עוקצנית לתמר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בפתיחת השיעור דנים במשפט 'אוקיי' בלי אימוג'י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פירוש של מצב עמום הוא בהכרח נכון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בתרגיל 'תיבת העין הטובה' התלמידים כותבים על עצמם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עין טובה היא בחירה לחפש קודם 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בסיפור, המקום הריק בפיקניק היה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תמר לא הגיעה כי אחיה נפל מה__________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מחמאה טובה צריכה להיות מדויקת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ההפך מעין טובה נקרא עין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עין טובה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לחשוב שיש סיבה טובה למעשה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עין צרה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תיאור אמיתי וספציפי של דבר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לדון לכף זכות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לומר שמשהו באמת פגע בנו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גבולות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לחשוב קודם על חשד או רעה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מחמאה מדויקת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לחפש קודם את הטוב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שולחת הודעה דואגת ולא כועסת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מסבירה שהייתה במיון עם אחיה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מכינה עוגיות ומזמינה שמונה חברות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לא מגיעה בשעה שנקבעה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רואה שתמר הייתה מחוברת ומתחילה לחשוד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כותבת ומוחקת הודעה עוקצנית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מצב עמום שקרה לכם (למשל חבר לא ענה להודעה). כתבו פירוש בעין צרה ופירוש בעין טובה לאותו מצב.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מחמאה אמיתית ומדויקת לחבר או חברה לכיתה, על משהו ספציפי שראיתם אצלם.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האם עין טובה אומרת תמיד לוותר? כתבו מתי לדעתכם נכון גם לומר 'זה פגע בי'.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עין טובה במילים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למצב עמום ולשני פירושים אפשריים 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עין טובה לבין ויתור על גבולות?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משקפיים של עין טובה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